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דמותו של בנימין זאב הרצל ואת חלומו למדינה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מרכזיים בחייו על 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וביטויים הקשורים לציונות ולהקמת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בבודפשט, שבהונגריה.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הרצל הקים את הארגון כדי לקדם את רעיון המדינה היהודית.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הקונגרס התקיים בעיר באזל שבשווייץ.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החלום המרכזי שהנחה את פעילותו.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העיר נקראה לכבודו.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(עיתונאי שחלם על מדינה יהודית ופעל להגשים זאת)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(העיר שבה התקיים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שתיאר חזון של מדינה יהודית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(מקום בירושלים שבו קבור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(עיר בישראל שנקראה על שמו של 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עבד כעיתונאי בפריז וסיקר אירועים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התקיים הקונגרס הציוני הראשון בבאזל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נפטר באוסטריה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עצמותיו של הרצל הועברו לירושלים ונקברו בהר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 שהחלום התגשם, יזכיר את מדינת ישראל, וינסח משפטי הערכה או תיאור קצר על החיים כיום.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שמזכירה עיתונאי, חלום למדינה יהודית, ועובדה מתוך הדף כמו באזל או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'מה זה חלום לאומי'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חלק ציר הזמן בעבודה קבוצתית עם כרטיסיות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לסיום, אפשר לבקש מהתלמידים לצייר את 'עיר החלומות' של הרצל כפי שתואר בספר אלטנוילנד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מחלום למעשה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היה עיתונאי שחלם על הקמת מדינה יהודית, ופעל רבות כדי להגשים את החלום הזה. בדף זה נתרגל עובדות מרכזיות מחייו ומפעילותו.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עסק הרצל לפני שהחל לעסוק בציונות?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ספר כתב הרצל שבו הציע הקמת מדינה 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שירת הדבורה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מכתבים מארץ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היכן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נקרא הספר שבו תיאר הרצל חזון של מדינה עתידית?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הנסיך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 היא ארצנו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ייסד את ההסתדרות הציונית העולמית.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חלם על הקמת מדינה יהודית.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הרצליה נקראת על שמו של הרצל.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כתב את הספר __________ שבו הציע הקמת מדינה יהודית.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הקונגרס הציוני הראשון התקיים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הרצל עבד כ-__________ לפני שהחל לעסוק בציונות.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העיר __________ בישראל נקראת על שם הרצל.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הספר שבו תיאר הרצל חזון של מדינה עתידית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שתיאר חזון של מדינה יהודית 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עיר בישראל שנקראה על שמו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העיר שבה התקיים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עיתונאי שחלם על מדינה יהודית ופעל להגשים זאת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הרצליה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בירושלים שבו קבור הרצל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באוסטריה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התקיים הקונגרס הציוני הראשון בבאזל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עצמותיו של הרצל הועברו לירושלים ונקברו בהר הרצל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 בפריז וסיקר אירועים חשובים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כותבים מכתב קצר להרצל ומספרים לו שהחלום שלו התגשם. מה הייתם רוצים לספר לו על מדינת ישראל של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בנימין זאב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המרכזי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עובדה אחת מעניינת שלמדתם עליו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מחלום למעשה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